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מנווטים נכון: חוסן, בטיחות וקבלת החלטות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מסלול הנסיעה לטבריה ואת הסיבות הגאוגרפיות לאתגרי הבטיחות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שלטי דרך ולנתח פעלי ציווי הקשורים אליהם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מצוקה רגשית אצל חבר/ה ותגובה מכבדת ולא שיפוטית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שמירת סוד לבין נאמנות אמיתית שמחייבת שיתוף מבוגר/ת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המסלול לטבריה: גאוגרפיה ודרך – הכרת הכבישים והצמתים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כביש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כביש 75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מחלף גולני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המסלול לטבריה: גאוגרפיה ודרך – התאמת כבישים לקטעי המסלול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(מעפולה עד מחלף גולני, ליד הר תבור)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(מחיפה עד צומת ישי)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(עובר לאורך הכנרת ומוביל אל תוך טבריה)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המסלול לטבריה: גאוגרפיה ודרך – חושבים כמו מהנדסי דרכים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שפת הבטיחות: שלטים וציוויים – התאמת שלטים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(עוצרים עצירה מלאה ומסתכלים לכל הכיוונים)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(נותנים לרכבים בדרך הראשית לעבור קודם)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(מורידים מהירות לפני עיקול או צומת)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(הדרך יורדת חזק והנהג ממעיט מהירות)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שפת הבטיחות: שלטים וציוויים – שימוש בשלטים ובציווי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תן זכות 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חוצים רק במעבר ומחכים שהרכבים יעצרו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שפת הבטיחות: שלטים וציוויים – חושבים לעומק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הנוסע כחלק מהמערכת: החלטות בדרך – הכרת המושג 'מערכת'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דרך, רכב,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עייפות, לחץ וסנוור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הנוסע כחלק מהמערכת: החלטות בדרך – עובדות בסיסיות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מתאר את הנוסע כרכיב שיכול להוסיף או להפחית עומס ולהשפיע על הנהיגה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הנוסע כחלק מהמערכת: החלטות בדרך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רכב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הנוסע כחלק מהמערכת: החלטות בדרך – מסיח או מגן?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(גורם מסיח)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(גורם מגן)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(גורם מגן)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(גורם מסיח)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ניווט רגשי: לזהות שקשה למישהו – הבנה והיזכרות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לשחק 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משהו מוזר בבטן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ניווט רגשי: לזהות שקשה למישהו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ספסל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לפתור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ניווט רגשי: לזהות שקשה למישהו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(שינוי מתמשך בהתנהגות המוכרת)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(התרחקות מחברים ומפעילויות משותפות)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(הפסקת פעילות שהייתה חלק מהזהות)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(פרסום הודעות או תמונות עצובות ברשת)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ניווט רגשי: לזהות שקשה למישהו – חשיבה והבעה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נאמנות, סודות ולמי פונים – מה למדנו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נאמנות היא מחויבות לטובת האחר, לא שתיקה אוטומטית בכל 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סוד שמבודד ומזיק לאורך זמן שונה מסוד שרק שומר על פרטיות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שיתוף מבוגר/ת נועד להבטיח שהחבר/ה לא יישאר/תישאר לבד עם משהו גדול מדי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נאמנות, סודות ולמי פונים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נאמנות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רחוק/ה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נאמנות, סודות ולמי פונים – כותבים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רגוע ולא שיפוטי, שמביע נוכחות ותמיכה בלי ללחוץ, כמו: שמתי לב שאתה שקט לאחרונה, אני 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סיכום ואתגר: מנתיב בטוח להחלטה נכונה – זוכרים את העובדות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כביש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הכנרת נמצאת עמוק מתחת לפני הים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סיכום ואתגר: מנתיב בטוח להחלטה נכונה – עובדות נוספות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הכנרת נמצאת עמוק מתחת לפני הים, ולכן הכביש אליה יורד בתלילות 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נאמנות אמיתית היא לדאוג לטובת החבר, גם אם זה אומר לשתף מבוגר כשיש מצוקה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סיכום ואתגר: מנתיב בטוח להחלטה נכונה – משלימים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הקושר בין שקע הכנרת לשיפוע ולעיקולים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רשימת סימנים כמו הסתגרות, שינוי התנהגות, הודעות קצרות, תוכן עצוב ברשת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הבחנה בין סוד שמגן על פרטיות לסוד שמבודד ומסכן, והבנה שהפנייה למבוגר/ת היא דאגה ולא בגידה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 מפגשים: בטיחות וגאוגרפיה, חוסן רגשי, ושיעור מסכם עם תרחיש משולב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בפרקי הרגש יש לאפשר דילוג על שיתוף אישי ולהדגיש שהשיתוף תמיד רשות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להתאים את רמת הטקסטים לכיתה – להוסיף מסלול קריאה קל יותר לתלמידים מתקשים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פרק בדיון קצר בכיתה לפני המעבר לפרק הבא, ולא להעמיס הכול בשיעור אחד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מנווטים נכון: חוסן, בטיחות וקבלת החלטות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שישה פרקים שמלווים את המסלול לטבריה ואת הדרך להיות חבר/ה נאמן/ה. עבדו פרק אחר פרק, ענו בעברית בלשון רבים/רבות, ואפשר תמיד לדלג על שאלות שקשה לענות עליהן.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רחוק/ה  ·  נאמנות  ·  ספסל  ·  לפתור  ·  האט  ·  רכב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המסלול לטבריה: גאוגרפיה ודרך – הכרת הכבישים והצמתים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כביש יוצאים בו מעפולה צפונה-מזרחה, לרגלי הר תבור?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כביש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כביש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כביש 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כביש מתחילים הנוסעים שיוצאים מחיפה?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כביש 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כביש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כביש 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באיזו נקודה מתמזגים הנתיב מעפולה והנתיב מחיפה לדרך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צומת 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צומת המוביל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מחלף גולני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המסלול לטבריה: גאוגרפיה ודרך – התאמת כבישים לקטעי המסלול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כביש 65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מחיפה עד צומת 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כביש 75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עובר לאורך הכנרת ומוביל אל תוך טבריה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כביש 90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מעפולה עד מחלף גולני, ליד הר תבור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המסלול לטבריה: גאוגרפיה ודרך – חושבים כמו מהנדסי 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שפת הבטיחות: שלטים וציוויים – התאמת שלטים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שלט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הדרך יורדת חזק והנהג ממעיט מהירות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שלט תן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מורידים מהירות לפני עיקול או צומת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שלט האט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נותנים לרכבים בדרך הראשית לעבור קודם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שלט ירידה תלולה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עוצרים עצירה מלאה ומסתכלים לכל הכיוונים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שפת הבטיחות: שלטים וציוויים – שימוש בשלטים ובציווי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שלט נראה כמו משולש הפוך?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תן זכות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הפעולה הנכונה בשלט מעבר חציה?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עוצרים עצירה מלאה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חוצים רק במעבר ומחכים שהרכבים יעצרו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ממשיכים ישר בלי להסתכל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שפת הבטיחות: שלטים וציוויים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הנוסע כחלק מהמערכת: החלטות בדרך – הכרת המושג 'מערכת'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לפי הטקסט, משלושה רכיבים מורכבת ה'מערכת' שמשפיעה על בטיחות בדרך. מהם?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דרך, רכב,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דרך, שלטים, רמזורים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רכב, דלק, 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בין הגורמים הבאים יכול להשפיע על זמן התגובה של נהג/ת,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צבע הרכב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עייפות, לחץ וסנוור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גודל הכביש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הנוסע כחלק מהמערכת: החלטות בדרך – עובדות 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הנוסעים ברכב הם חלק מהמערכת ויכולים להשפיע על רמת הבטיחות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הנוסע כחלק מהמערכת: החלטות בדרך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שלושת הרכיבים של מערכת הבטיחות הם הדרך, ה__________ והאדם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הנוסע כחלק מהמערכת: החלטות בדרך – מסיח או מגן?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הודעה בטלפון לנהג/ת בזמן נסיעה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גורם מגן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חגורת בטיחות גם במושב האחורי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גורם מסיח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נוסע/ת שעונה להודעות בשביל הנהג/ת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גורם מגן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הראיית סרטון לנהג/ת בזמן עיקול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גורם מסיח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ניווט רגשי: לזהות שקשה למישהו – הבנה והיזכרות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יואב הפסיק לעשות בהפסקה בשבועיים האחרונים?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לשחק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לאכול כריך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לקרוא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תמר הרגישה כשקראה את ההודעה העצובה של יואב בקבוצת הכיתה?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משהו מוזר בבטן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שעמום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ניווט רגשי: לזהות שקשה למישהו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יואב ישב לבד על ה__________ והסתכל על הנעליים.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תמר הקשיבה ליואב ולא ניסתה ל__________ את כל הבעיה בעצמה.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ניווט רגשי: לזהות שקשה למישהו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שינוי בדפוס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הפסקת פעילות שהייתה חלק מהזהות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הסתגרות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שינוי מתמשך בהתנהגות המוכרת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ויתור על תחביב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פרסום הודעות או תמונות עצובות ברשת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שיתוף תכנים עצובים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התרחקות מחברים ומפעילויות משותפות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ניווט רגשי: לזהות שקשה למישהו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נאמנות, סודות ולמי פונים – מה למדנו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נאמנות פירושה תמיד לשמור על סוד, בלי קשר למצב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 הבדל בין סוד ששומר על פרטיות לבין סוד שמבודד את מי שנושא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פנייה למבוגר/ת אחראי/ת כשחבר/ה במצוקה מתמשכת היא דרך לדאוג לשלומו/ה, לא בגידה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נאמנות, סודות ולמי פונים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המשפט "אל תספר/י לאף אחד" נשמע לפעמים כמו מבחן על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דוגמה למשפט פתיחה תומך: "שמתי לב שאת/ה קצת __________ לאחרונה, אני פה"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נאמנות, סודות ולמי פונים – כותבים וחושבים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פתיחה תומך שהייתם אומרים לחבר/ה ששמתם לב שהוא/היא מתרחק/ת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6 · סיכום ואתגר: מנתיב בטוח להחלטה נכונה – זוכרים את העובדות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כביש יוצא מעפולה ומוביל צפונה-מזרחה לכיוון מחלף גולני?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כביש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כביש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כביש 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הכביש היורד לטבריה תלול ומפותל?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יש שם הרבה תנועה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הכנרת נמצאת עמוק מתחת לפני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אין שם תאורה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סיכום ואתגר: מנתיב בטוח להחלטה נכונה – עובדות נוספות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הכנרת נמצאת מעל גובה פני הים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נאמנות בין חברים פירושה תמיד לשמור בסוד כל דבר שמבקשים מאיתנו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סיכום ואתגר: מנתיב בטוח להחלטה נכונה – משלימים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שלט שמבקש מהנהג/ת להוריד מהירות לפני עיקול או צומת נקרא שלט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יכול/ה להסביר מדוע הכביש לטבריה יורד בעיקולים חדים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לזהות לפחות שלושה סימנים שמעידים שלחבר/ה קשה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מנווטים נכון: חוסן, בטיחות וקבלת החלטות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